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EA5E9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🎒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ה׳–ו׳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ה׳–ו׳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EA5E9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המדבר החם הגדול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סהרה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הסהרה משתרע על פני צפון אפריקה. ואם סופרים גם מדבריות קרים – אנטארקטיקה גדולה ממנו!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ההר הגבוה ביותר מעל פני הים?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אוורסט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האוורסט, ברכס ההימלאיה, מתנשא לגובה של כ־8,849 מטר מעל פני הים.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האוקיינוס הגדול ביותר?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השקט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האוקיינוס השקט גדול כל כך, שכל היבשות יחד היו נכנסות בתוכו.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מדינה עומד הטאג׳ מהאל – מבנה שיש לבן ומפואר?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הודו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הטאג׳ מהאל נמצא בעיר אגרה שבהודו ונבנה לפני כ־400 שנה. הוא אחד המבנים המצולמים בעולם.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זמן לוקח לכדור הארץ להקיף את השמש פעם אחת?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כשנה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סיבוב שלם סביב השמש לוקח כ־365 ימים ורבע – ובגלל הרבע יש מדי פעם שנה מעוברת בלוח הלועזי.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יונק באמת עף בכוח כנפיו?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עטלף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העטלף הוא היונק היחיד שעף ממש. הסנאי ה״מעופף״ רק דואה מעץ לעץ.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גז משחררים צמחים כשהם מייצרים מזון באור השמש?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חמצן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בתהליך הפוטוסינתזה צמחים קולטים פחמן דו־חמצני ומשחררים חמצן – שאנחנו נושמים.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מהי עיר הבירה של יפן?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טוקיו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טוקיו היא בירת יפן. בייג׳ינג – בירת סין, סיאול – בירת קוריאה הדרומית, ובנגקוק – בירת תאילנד.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לאיזה כיוון מצביעה מחט המצפן?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צפון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המחט היא מגנט קטן. היא נמשכת לשדה המגנטי של כדור הארץ ומצביעה אל הצפון המגנטי.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לבבות יש לתמנון?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לתמנון 3 לבבות: שניים שולחים דם לזימים ואחד לשאר הגוף. ויש לו גם 8 זרועות!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יבשת היא הגדולה ביותר – גם בשטח וגם במספר התושבים?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אסיה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באסיה גרים יותר ממחצית מבני האדם בעולם, והיא גם היבשת הגדולה ביותר.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עוד אני סגור – אני שומר סוד. כשפותחים אותי – הסוד יוצא.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מכתב סגור שומר על הכתוב בו כשפותחים – קוראים מה שבפנים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תאכילו אותי – אגדל. תשקו אותי – אכבה.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אש ״אוכלת״ עצים ונייר וגדלה מים מכבים אותה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מראה לכם את הפנים שלכם, אבל אצלי ימין הופך לשמאל.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מראה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המראה מחזירה את האור ולכן אנחנו רואים בה את עצמנו – הפוך בין ימין לשמאל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ככל שיש ממני יותר – רואים פחות.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חושך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כשיש יותר חושך – רואים פחות (גם ״ערפל״ היא תשובה יפה!)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אפשר לשבור אותי בלי לגעת בי – מספיק לומר מילה אחת.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שתיקה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שתיקה ״נשברת״ ברגע שמישהו מדבר (גם הבטחה אפשר לשבור – אבל לא במילה אחת)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מוזיקה · צבעים · דירוג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סולם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סולם מוזיקלי, סולם צבעים וסולם דירוג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קפה שחור · שוקולד · אכזבה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קפה מר, שוקולד מר ואכזבה מרה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סכין · עיפרון מחודד · שכל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סכין חדה, עיפרון חד ושכל חד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נילוס · ירדן · אמזונס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נהר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נילוס, ירדן ואמזונס – כולם נהרות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אוורסט · חרמון · תבור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אוורסט, חרמון ותבור – כולם הרים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כנסת · מועצת תלמידים · ועד הורים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בחירות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את חברי הכנסת, מועצת התלמידים וועד ההורים בוחרים בבחירות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קפיץ · כדור · אדם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חוסן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קפיץ נמתח וחוזר, כדור נוחת וקופץ – ואדם יכול לחזור לעצמו אחרי קושי. זה חוסן!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שעון · מד מהירות · מד דלק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מחוג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לשעון, למד המהירות ולמד הדלק יש מחוג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מהו המדבר החם הגדול בעולם? – סהרה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מהו ההר הגבוה ביותר מעל פני הים? – אוורסט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איזו יבשת היא הגדולה ביותר – גם בשטח וגם במספר התושבים? – אסיה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🏜️ מהו המדבר החם הגדול בעולם?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נגב   ◯ סהרה   ◯ אטקמה   ◯ גובי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🏔️ מהו ההר הגבוה ביותר מעל פני הים?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אוורסט   ◯ קילימנג׳רו   ◯ חרמון   ◯ מון בלאן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🌊 מהו האוקיינוס הגדול ביותר?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השקט   ◯ הקרח הצפוני   ◯ ההודי   ◯ האטלנטי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🕌 באיזו מדינה עומד הטאג׳ מהאל – מבנה שיש לבן ומפואר?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יפן   ◯ מרוקו   ◯ הודו   ◯ מצרים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🌞 כמה זמן לוקח לכדור הארץ להקיף את השמש פעם אחת?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כשנה   ◯ יום אחד   ◯ חודש   ◯ שבוע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🦇 איזה יונק באמת עף בכוח כנפיו?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סנאי מעופף   ◯ עטלף   ◯ פינגווין   ◯ יען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🌳 איזה גז משחררים צמחים כשהם מייצרים מזון באור השמש?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הליום   ◯ חמצן   ◯ עשן   ◯ פחמן דו־חמצני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🗾 מהי עיר הבירה של יפן?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בייג׳ינג   ◯ בנגקוק   ◯ סיאול   ◯ טוקיו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🧭 לאיזה כיוון מצביעה מחט המצפן?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מזרח   ◯ צפון   ◯ מערב   ◯ דרום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🐙 כמה לבבות יש לתמנון?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1   ◯ 8   ◯ 3   ◯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11. 🌏 איזו יבשת היא הגדולה ביותר – גם בשטח וגם במספר התושבים?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אירופה   ◯ אסיה   ◯ אפריקה   ◯ צפון אמריקה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✉️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כל עוד אני סגור – אני שומר סוד. כשפותחים אותי – הסוד יוצא.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🔥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תאכילו אותי – אגדל. תשקו אותי – אכבה.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🪞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מראה לכם את הפנים שלכם, אבל אצלי ימין הופך לשמאל.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🌑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ככל שיש ממני יותר – רואים פחות.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🤫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אפשר לשבור אותי בלי לגעת בי – מספיק לומר מילה אחת.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🎼 מוזיקה · 🎨 צבעים · 📊 דירוג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☕ קפה שחור · 🍫 שוקולד · 😞 אכזבה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🔪 סכין · ✏️ עיפרון מחודד · 🧠 שכל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🇪🇬 נילוס · 💧 ירדן · 🌿 אמזונס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🏔️ אוורסט · ❄️ חרמון · 🟢 תבור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🏛️ כנסת · 🎓 מועצת תלמידים · 👪 ועד הורים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🌀 קפיץ · 🏀 כדור · 🧍 אדם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⌚ שעון · 🚗 מד מהירות · ⛽ מד דלק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✉️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כל עוד אני סגור – אני שומר סוד. כשפותחים אותי – הסוד יוצא.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מכתב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🔥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תאכילו אותי – אגדל. תשקו אותי – אכבה.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🪞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מראה לכם את הפנים שלכם, אבל אצלי ימין הופך לשמאל.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מראה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🌑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שיש ממני יותר – רואים פחות.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חושך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🤫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אפשר לשבור אותי בלי לגעת בי – מספיק לומר מילה אחת.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שתיקה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מהו המדבר החם הגדול בעולם?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סהרה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🏔️ מהו ההר הגבוה ביותר מעל פני הים?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אוורסט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🌊 מהו האוקיינוס הגדול ביותר?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השקט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🕌 באיזו מדינה עומד הטאג׳ מהאל – מבנה שיש לבן ומפואר?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הודו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🌞 כמה זמן לוקח לכדור הארץ להקיף את השמש פעם אחת?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כשנה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🦇 איזה יונק באמת עף בכוח כנפיו?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עטלף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🌳 איזה גז משחררים צמחים כשהם מייצרים מזון באור השמש?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חמצן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🗾 מהי עיר הבירה של יפן?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טוקיו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עובדה על העולם הפתיעה אותי?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איזו חידה הכי אהבתי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מה עזר לי לפתור – רמז, זוג או ניחוש חכם?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ה׳–ו׳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